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כלים לספרות - מבנה הסיפור, דמויות ואמצעים אומנותיים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מבנה העלילה (הר הסיפור)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לסווג דמויות לפי שלושה צירים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אומנותיים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מבנה הסיפור הקצר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הסיפור מגיע לרגע המתח הגדול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לפתור את הבעיה או לסיים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מסע שמטפס ויורד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סוגי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(עומדת במרכז העלילה)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(תומכת בעלילה אך לא במרכזה)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(מורכבת ובעלת תכונות 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(פשוטה עם תכונה אחת בולטת)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(משתנה במהלך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(נשארת אותו דבר לאורך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 - אמצעים אומנותיים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ההגדרה המדויקת של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מטאפורה היא השוואה בלי מילת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החזרה יוצרת הדגשה או קצב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האנשה היא מתן תכונות אנוש לדבר לא אנושי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ניגוד בספרות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תפקידו של הסמל ביצירה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 - מונחים מהארגז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דינמית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ראשית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 - היכרות עם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סיבוך - מתחילה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התפתחות - המתח גובר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שיא - רגע המתח הגדול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התרה - פתרון הבעיה או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דמות, יסווג אותה נכון לפי שני הצירים ויביא דוגמה רלוונטית מהעלילה התומכת בטענתו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ראשית/משנית, עגולה/שטוחה, דינמית/סטטית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אמצעי עם הסבר תקין - למשל מטאפורה כהשוואה בלי מילת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מתחילה בעיה או קונפליקט שמוביל להתפתחות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בסרטוט 'הר הסיפור' על הלוח ולמלא אותו יחד עם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כל שאלה ליצירה קונקרטית שנלמדה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מודלית קצרה לפני שהתלמידים כותבים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כלים לספרות - מבנה הסיפור, דמויות ואמצעים אומנותיים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שלושה כלים מרכזיים לקריאת סיפור קצר: מבנה העלילה, סוגי הדמויות והאמצעים האומנותיים, כפי שלמדנו בארגז הכלים.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מבנה הסיפור הקצר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השלב הראשון במבנה הסיפור הקצר?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אקספוזיציה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בשלב ה'שיא'?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מכירים את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הסיפור מגיע לרגע המתח הגדול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הסיפור מתחיל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הכל נרגע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ה'התרה'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להציג את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ליצור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את הבעיה או לסיים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להעלות את המתח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הביטוי 'הר הסיפור' מתאר את העלילה כ-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מסע שמטפס ויורד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מעגל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סוגי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 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משתנה במהלך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דמות משנית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פשוטה עם תכונה אחת בולטת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נשארת אותו דבר לאורך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דמות שטוחה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עומדת במרכז העלילה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דמות דינמית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מורכבת ובעלת תכונות 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דמות סטטית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תומכת בעלילה אך לא במרכזה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 - אמצעים אומנותיים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הוא השוואה בעזרת מילת השוואה כמו 'כמו' או 'כאילו'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מטאפורה כוללת תמיד את המילה 'כמו'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היא שימוש באותה מילה או ביטוי כמה פעמים כדי להדגיש רעיון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האנשה היא תיאור בעל חיים כאילו הוא צמח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ניגוד הוא הצבת שני דברים הפוכים זה מול זה כדי להדגיש הבדל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הוא אובייקט שמייצג רעיון רחב יותר מעבר למשמעותו הפשוטה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 - מונחים מהארגז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השלב שבו הסיפור מגיע לרגע המתח הגדול ביותר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דמות שמשתנה במהלך הסיפור נקראת דמות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אמצעי אומנותי שבו משווים בלי מילת השוואה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תיאור של עצם דומם או בעל חיים כאילו הוא בן אדם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השלב הראשון בעלילה, שבו מכירים את הדמויות והמקום,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דמות שמככבת במרכז הסיפור נקראת דמות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התפתחות - המתח גובר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- רגע המתח הגדול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אקספוזיציה - היכרות עם הדמויות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התרה - פתרון הבעיה או 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סיבוך - מתחילה בעיה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דמות מאחת היצירות שלמדתם (למשל מהמחרוזת או מבת רבי עקיבא והנחש) וכתבו האם היא דמות עגולה או שטוחה, דינמית או סטטית, ונמקו בעזרת דוגמה מהסיפור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הצירים לסיווג דמויות?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לאמצעי אומנותי אחד והסבירו מה הוא עושה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בשלב ה'סיבוך' בעלילה?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כלים לספרות - מבנה הסיפור, דמויות ואמצעים אומנותיים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